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BA0879" w14:textId="77777777" w:rsidR="009972B1" w:rsidRPr="00312B92" w:rsidRDefault="00000000">
      <w:pPr>
        <w:jc w:val="center"/>
        <w:rPr>
          <w:sz w:val="28"/>
          <w:szCs w:val="28"/>
          <w:lang w:val="nl-NL"/>
        </w:rPr>
      </w:pPr>
      <w:r w:rsidRPr="00312B92">
        <w:rPr>
          <w:b/>
          <w:sz w:val="28"/>
          <w:szCs w:val="28"/>
          <w:lang w:val="nl-NL"/>
        </w:rPr>
        <w:t>NK „RUDEŠ“</w:t>
      </w:r>
    </w:p>
    <w:p w14:paraId="1C2B6BDB" w14:textId="77777777" w:rsidR="009972B1" w:rsidRPr="00312B92" w:rsidRDefault="00000000">
      <w:pPr>
        <w:jc w:val="center"/>
        <w:rPr>
          <w:lang w:val="it-IT"/>
        </w:rPr>
      </w:pPr>
      <w:r w:rsidRPr="00312B92">
        <w:rPr>
          <w:b/>
          <w:sz w:val="44"/>
          <w:lang w:val="it-IT"/>
        </w:rPr>
        <w:t>POZIV NA RADIONICU</w:t>
      </w:r>
    </w:p>
    <w:p w14:paraId="48D56A7A" w14:textId="4F8B76D4" w:rsidR="009972B1" w:rsidRPr="00260206" w:rsidRDefault="00000000" w:rsidP="00260206">
      <w:pPr>
        <w:jc w:val="both"/>
        <w:rPr>
          <w:b/>
          <w:sz w:val="34"/>
          <w:szCs w:val="34"/>
          <w:lang w:val="it-IT"/>
        </w:rPr>
      </w:pPr>
      <w:r w:rsidRPr="00312B92">
        <w:rPr>
          <w:b/>
          <w:sz w:val="34"/>
          <w:szCs w:val="34"/>
          <w:lang w:val="it-IT"/>
        </w:rPr>
        <w:t>„Prevencija ozljeda sportaša“</w:t>
      </w:r>
      <w:r w:rsidR="00260206">
        <w:rPr>
          <w:b/>
          <w:sz w:val="34"/>
          <w:szCs w:val="34"/>
          <w:lang w:val="it-IT"/>
        </w:rPr>
        <w:t xml:space="preserve"> </w:t>
      </w:r>
      <w:r w:rsidR="00260206" w:rsidRPr="00260206">
        <w:rPr>
          <w:b/>
          <w:sz w:val="34"/>
          <w:szCs w:val="34"/>
          <w:lang w:val="it-IT"/>
        </w:rPr>
        <w:t>u sklopu poziva „Uključivanje djece i mladih u riziku od socijalne isključenosti u sport“, broj ugovora: SF.3.4.08.07.0022., naziv projekta: “Škola nogometa NK “Rudeš” - nogomet za sve.”</w:t>
      </w:r>
    </w:p>
    <w:p w14:paraId="3E62B3D2" w14:textId="77777777" w:rsidR="009972B1" w:rsidRPr="00312B92" w:rsidRDefault="009972B1">
      <w:pPr>
        <w:rPr>
          <w:lang w:val="it-IT"/>
        </w:rPr>
      </w:pPr>
    </w:p>
    <w:p w14:paraId="6B994F89" w14:textId="77777777" w:rsidR="009972B1" w:rsidRPr="00312B92" w:rsidRDefault="00000000" w:rsidP="00312B92">
      <w:pPr>
        <w:jc w:val="both"/>
        <w:rPr>
          <w:sz w:val="28"/>
          <w:szCs w:val="28"/>
          <w:lang w:val="it-IT"/>
        </w:rPr>
      </w:pPr>
      <w:r w:rsidRPr="00312B92">
        <w:rPr>
          <w:sz w:val="28"/>
          <w:szCs w:val="28"/>
          <w:lang w:val="it-IT"/>
        </w:rPr>
        <w:t>Pozivamo vas na radionicu posvećenu prevenciji ozljeda kod mladih sportaša – kako ih prepoznati, spriječiti i pravilno postupiti kada se dogode.</w:t>
      </w:r>
    </w:p>
    <w:p w14:paraId="738D2936" w14:textId="77777777" w:rsidR="009972B1" w:rsidRPr="00312B92" w:rsidRDefault="00000000" w:rsidP="00312B92">
      <w:pPr>
        <w:jc w:val="both"/>
        <w:rPr>
          <w:sz w:val="28"/>
          <w:szCs w:val="28"/>
          <w:lang w:val="it-IT"/>
        </w:rPr>
      </w:pPr>
      <w:r w:rsidRPr="00312B92">
        <w:rPr>
          <w:sz w:val="28"/>
          <w:szCs w:val="28"/>
          <w:lang w:val="it-IT"/>
        </w:rPr>
        <w:t>Kroz razgovor i praktične primjere govorit ćemo o najčešćim ozljedama u nogometu, pravilnom zagrijavanju po programu FIFA 11+, važnosti odmora, sna i prehrane, odgovarajućoj opremi te ulozi igrača, roditelja i trenera u očuvanju zdravlja djece u sportu.</w:t>
      </w:r>
    </w:p>
    <w:p w14:paraId="0972F2EF" w14:textId="77777777" w:rsidR="009972B1" w:rsidRPr="00312B92" w:rsidRDefault="009972B1">
      <w:pPr>
        <w:rPr>
          <w:lang w:val="it-IT"/>
        </w:rPr>
      </w:pPr>
    </w:p>
    <w:tbl>
      <w:tblPr>
        <w:tblStyle w:val="Reetkatablice"/>
        <w:tblW w:w="0" w:type="auto"/>
        <w:jc w:val="center"/>
        <w:tblLook w:val="04A0" w:firstRow="1" w:lastRow="0" w:firstColumn="1" w:lastColumn="0" w:noHBand="0" w:noVBand="1"/>
      </w:tblPr>
      <w:tblGrid>
        <w:gridCol w:w="4873"/>
        <w:gridCol w:w="4873"/>
      </w:tblGrid>
      <w:tr w:rsidR="009972B1" w:rsidRPr="00312B92" w14:paraId="4EF34AD4" w14:textId="77777777">
        <w:trPr>
          <w:jc w:val="center"/>
        </w:trPr>
        <w:tc>
          <w:tcPr>
            <w:tcW w:w="4873" w:type="dxa"/>
            <w:vAlign w:val="center"/>
          </w:tcPr>
          <w:p w14:paraId="19DE671C" w14:textId="77777777" w:rsidR="009972B1" w:rsidRPr="00312B92" w:rsidRDefault="00000000">
            <w:pPr>
              <w:rPr>
                <w:sz w:val="32"/>
                <w:szCs w:val="32"/>
              </w:rPr>
            </w:pPr>
            <w:r w:rsidRPr="00312B92">
              <w:rPr>
                <w:b/>
                <w:sz w:val="32"/>
                <w:szCs w:val="32"/>
              </w:rPr>
              <w:t>📅 DATUM</w:t>
            </w:r>
          </w:p>
        </w:tc>
        <w:tc>
          <w:tcPr>
            <w:tcW w:w="4873" w:type="dxa"/>
            <w:vAlign w:val="center"/>
          </w:tcPr>
          <w:p w14:paraId="04265E10" w14:textId="34626FCF" w:rsidR="009972B1" w:rsidRPr="00312B92" w:rsidRDefault="00500225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24.10.2026.</w:t>
            </w:r>
          </w:p>
        </w:tc>
      </w:tr>
      <w:tr w:rsidR="009972B1" w:rsidRPr="00312B92" w14:paraId="08458746" w14:textId="77777777">
        <w:trPr>
          <w:jc w:val="center"/>
        </w:trPr>
        <w:tc>
          <w:tcPr>
            <w:tcW w:w="4873" w:type="dxa"/>
            <w:vAlign w:val="center"/>
          </w:tcPr>
          <w:p w14:paraId="668A77A3" w14:textId="77777777" w:rsidR="009972B1" w:rsidRPr="00312B92" w:rsidRDefault="00000000">
            <w:pPr>
              <w:rPr>
                <w:sz w:val="32"/>
                <w:szCs w:val="32"/>
              </w:rPr>
            </w:pPr>
            <w:r w:rsidRPr="00312B92">
              <w:rPr>
                <w:b/>
                <w:sz w:val="32"/>
                <w:szCs w:val="32"/>
              </w:rPr>
              <w:t>🕒 VRIJEME</w:t>
            </w:r>
          </w:p>
        </w:tc>
        <w:tc>
          <w:tcPr>
            <w:tcW w:w="4873" w:type="dxa"/>
            <w:vAlign w:val="center"/>
          </w:tcPr>
          <w:p w14:paraId="691C9323" w14:textId="44511CF5" w:rsidR="00500225" w:rsidRPr="00312B92" w:rsidRDefault="00500225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09:30-11:30</w:t>
            </w:r>
          </w:p>
        </w:tc>
      </w:tr>
      <w:tr w:rsidR="009972B1" w:rsidRPr="00312B92" w14:paraId="68EDEE42" w14:textId="77777777">
        <w:trPr>
          <w:jc w:val="center"/>
        </w:trPr>
        <w:tc>
          <w:tcPr>
            <w:tcW w:w="4873" w:type="dxa"/>
            <w:vAlign w:val="center"/>
          </w:tcPr>
          <w:p w14:paraId="6E634EEF" w14:textId="77777777" w:rsidR="009972B1" w:rsidRPr="00312B92" w:rsidRDefault="00000000">
            <w:pPr>
              <w:rPr>
                <w:sz w:val="32"/>
                <w:szCs w:val="32"/>
              </w:rPr>
            </w:pPr>
            <w:r w:rsidRPr="00312B92">
              <w:rPr>
                <w:b/>
                <w:sz w:val="32"/>
                <w:szCs w:val="32"/>
              </w:rPr>
              <w:t>📍 MJESTO</w:t>
            </w:r>
          </w:p>
        </w:tc>
        <w:tc>
          <w:tcPr>
            <w:tcW w:w="4873" w:type="dxa"/>
            <w:vAlign w:val="center"/>
          </w:tcPr>
          <w:p w14:paraId="72D8241A" w14:textId="4F78166E" w:rsidR="009972B1" w:rsidRPr="00312B92" w:rsidRDefault="00500225">
            <w:pPr>
              <w:rPr>
                <w:sz w:val="32"/>
                <w:szCs w:val="32"/>
              </w:rPr>
            </w:pPr>
            <w:r w:rsidRPr="00500225">
              <w:rPr>
                <w:sz w:val="32"/>
                <w:szCs w:val="32"/>
              </w:rPr>
              <w:t>Rudeška cesta 25, Zagreb</w:t>
            </w:r>
          </w:p>
        </w:tc>
      </w:tr>
      <w:tr w:rsidR="009972B1" w:rsidRPr="00312B92" w14:paraId="52A596E9" w14:textId="77777777">
        <w:trPr>
          <w:jc w:val="center"/>
        </w:trPr>
        <w:tc>
          <w:tcPr>
            <w:tcW w:w="4873" w:type="dxa"/>
            <w:vAlign w:val="center"/>
          </w:tcPr>
          <w:p w14:paraId="0ADA3AB6" w14:textId="77777777" w:rsidR="009972B1" w:rsidRPr="00312B92" w:rsidRDefault="00000000">
            <w:pPr>
              <w:rPr>
                <w:sz w:val="32"/>
                <w:szCs w:val="32"/>
              </w:rPr>
            </w:pPr>
            <w:r w:rsidRPr="00312B92">
              <w:rPr>
                <w:b/>
                <w:sz w:val="32"/>
                <w:szCs w:val="32"/>
              </w:rPr>
              <w:t>👥 ORGANIZATOR</w:t>
            </w:r>
          </w:p>
        </w:tc>
        <w:tc>
          <w:tcPr>
            <w:tcW w:w="4873" w:type="dxa"/>
            <w:vAlign w:val="center"/>
          </w:tcPr>
          <w:p w14:paraId="710B1EB2" w14:textId="2CA27785" w:rsidR="009972B1" w:rsidRPr="00312B92" w:rsidRDefault="00312B92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NK „Rudeš“</w:t>
            </w:r>
          </w:p>
        </w:tc>
      </w:tr>
      <w:tr w:rsidR="00312B92" w:rsidRPr="00312B92" w14:paraId="50EDDA7E" w14:textId="77777777">
        <w:trPr>
          <w:jc w:val="center"/>
        </w:trPr>
        <w:tc>
          <w:tcPr>
            <w:tcW w:w="4873" w:type="dxa"/>
            <w:vAlign w:val="center"/>
          </w:tcPr>
          <w:p w14:paraId="78C8C2FC" w14:textId="2FED8B73" w:rsidR="00312B92" w:rsidRPr="00312B92" w:rsidRDefault="00312B92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        PREDAVAČ</w:t>
            </w:r>
          </w:p>
        </w:tc>
        <w:tc>
          <w:tcPr>
            <w:tcW w:w="4873" w:type="dxa"/>
            <w:vAlign w:val="center"/>
          </w:tcPr>
          <w:p w14:paraId="48ED4145" w14:textId="75BE9A2E" w:rsidR="00312B92" w:rsidRDefault="00582EDA">
            <w:pPr>
              <w:rPr>
                <w:sz w:val="32"/>
                <w:szCs w:val="32"/>
              </w:rPr>
            </w:pPr>
            <w:r w:rsidRPr="00582EDA">
              <w:rPr>
                <w:sz w:val="32"/>
                <w:szCs w:val="32"/>
              </w:rPr>
              <w:t>Luka Pavković</w:t>
            </w:r>
          </w:p>
        </w:tc>
      </w:tr>
    </w:tbl>
    <w:p w14:paraId="359B596A" w14:textId="77777777" w:rsidR="009972B1" w:rsidRDefault="009972B1"/>
    <w:p w14:paraId="23C1F926" w14:textId="77777777" w:rsidR="009972B1" w:rsidRPr="00312B92" w:rsidRDefault="00000000">
      <w:pPr>
        <w:jc w:val="center"/>
        <w:rPr>
          <w:sz w:val="24"/>
          <w:szCs w:val="24"/>
        </w:rPr>
      </w:pPr>
      <w:r w:rsidRPr="00312B92">
        <w:rPr>
          <w:b/>
          <w:sz w:val="24"/>
          <w:szCs w:val="24"/>
        </w:rPr>
        <w:t>Sudjelovanje je prilika za učenje, druženje i stvaranje zdravih navika kroz sport.</w:t>
      </w:r>
    </w:p>
    <w:p w14:paraId="7596E8D8" w14:textId="7393D06A" w:rsidR="009972B1" w:rsidRDefault="00000000" w:rsidP="00260206">
      <w:pPr>
        <w:jc w:val="center"/>
        <w:rPr>
          <w:b/>
          <w:lang w:val="it-IT"/>
        </w:rPr>
      </w:pPr>
      <w:r w:rsidRPr="00312B92">
        <w:rPr>
          <w:b/>
          <w:sz w:val="26"/>
          <w:lang w:val="it-IT"/>
        </w:rPr>
        <w:t>Veselimo se vašem dolasku!</w:t>
      </w:r>
      <w:r w:rsidR="00260206">
        <w:rPr>
          <w:b/>
          <w:sz w:val="26"/>
          <w:lang w:val="it-IT"/>
        </w:rPr>
        <w:t xml:space="preserve">  </w:t>
      </w:r>
    </w:p>
    <w:p w14:paraId="10FE5202" w14:textId="6522D70D" w:rsidR="00260206" w:rsidRPr="00260206" w:rsidRDefault="00260206" w:rsidP="00260206">
      <w:pPr>
        <w:tabs>
          <w:tab w:val="left" w:pos="4200"/>
        </w:tabs>
        <w:rPr>
          <w:lang w:val="it-IT"/>
        </w:rPr>
      </w:pPr>
      <w:r>
        <w:rPr>
          <w:lang w:val="it-IT"/>
        </w:rPr>
        <w:tab/>
      </w:r>
      <w:r>
        <w:rPr>
          <w:noProof/>
        </w:rPr>
        <w:drawing>
          <wp:inline distT="0" distB="0" distL="0" distR="0" wp14:anchorId="04A0F50D" wp14:editId="4C0F27C9">
            <wp:extent cx="6188710" cy="652780"/>
            <wp:effectExtent l="0" t="0" r="2540" b="0"/>
            <wp:docPr id="470788522" name="Slika 1">
              <a:extLst xmlns:a="http://schemas.openxmlformats.org/drawingml/2006/main">
                <a:ext uri="{FF2B5EF4-FFF2-40B4-BE49-F238E27FC236}">
                  <a16:creationId xmlns:a16="http://schemas.microsoft.com/office/drawing/2014/main" id="{A5873BF7-B51F-35C6-79AC-3CF90D4E38F8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lika 1">
                      <a:extLst>
                        <a:ext uri="{FF2B5EF4-FFF2-40B4-BE49-F238E27FC236}">
                          <a16:creationId xmlns:a16="http://schemas.microsoft.com/office/drawing/2014/main" id="{A5873BF7-B51F-35C6-79AC-3CF90D4E38F8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88710" cy="6527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260206" w:rsidRPr="00260206" w:rsidSect="00034616">
      <w:headerReference w:type="default" r:id="rId9"/>
      <w:footerReference w:type="default" r:id="rId10"/>
      <w:pgSz w:w="12240" w:h="15840"/>
      <w:pgMar w:top="1020" w:right="1247" w:bottom="1020" w:left="124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BFF8C8" w14:textId="77777777" w:rsidR="00D67E68" w:rsidRDefault="00D67E68">
      <w:pPr>
        <w:spacing w:after="0" w:line="240" w:lineRule="auto"/>
      </w:pPr>
      <w:r>
        <w:separator/>
      </w:r>
    </w:p>
  </w:endnote>
  <w:endnote w:type="continuationSeparator" w:id="0">
    <w:p w14:paraId="11C79589" w14:textId="77777777" w:rsidR="00D67E68" w:rsidRDefault="00D67E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48F717" w14:textId="1CDF9218" w:rsidR="009972B1" w:rsidRDefault="00312B92">
    <w:pPr>
      <w:pStyle w:val="Podnoje"/>
      <w:jc w:val="center"/>
    </w:pPr>
    <w:r>
      <w:rPr>
        <w:noProof/>
      </w:rPr>
      <w:drawing>
        <wp:anchor distT="0" distB="0" distL="114300" distR="114300" simplePos="0" relativeHeight="251659264" behindDoc="1" locked="0" layoutInCell="1" allowOverlap="1" wp14:anchorId="031D4CBC" wp14:editId="16158870">
          <wp:simplePos x="0" y="0"/>
          <wp:positionH relativeFrom="margin">
            <wp:posOffset>0</wp:posOffset>
          </wp:positionH>
          <wp:positionV relativeFrom="paragraph">
            <wp:posOffset>137160</wp:posOffset>
          </wp:positionV>
          <wp:extent cx="6181725" cy="676275"/>
          <wp:effectExtent l="0" t="0" r="9525" b="9525"/>
          <wp:wrapSquare wrapText="bothSides"/>
          <wp:docPr id="2" name="Slika 1">
            <a:extLst xmlns:a="http://schemas.openxmlformats.org/drawingml/2006/main">
              <a:ext uri="{FF2B5EF4-FFF2-40B4-BE49-F238E27FC236}">
                <a16:creationId xmlns:a16="http://schemas.microsoft.com/office/drawing/2014/main" id="{A5873BF7-B51F-35C6-79AC-3CF90D4E38F8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Slika 1">
                    <a:extLst>
                      <a:ext uri="{FF2B5EF4-FFF2-40B4-BE49-F238E27FC236}">
                        <a16:creationId xmlns:a16="http://schemas.microsoft.com/office/drawing/2014/main" id="{A5873BF7-B51F-35C6-79AC-3CF90D4E38F8}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81725" cy="6762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9C6C20" w14:textId="77777777" w:rsidR="00D67E68" w:rsidRDefault="00D67E68">
      <w:pPr>
        <w:spacing w:after="0" w:line="240" w:lineRule="auto"/>
      </w:pPr>
      <w:r>
        <w:separator/>
      </w:r>
    </w:p>
  </w:footnote>
  <w:footnote w:type="continuationSeparator" w:id="0">
    <w:p w14:paraId="3423227F" w14:textId="77777777" w:rsidR="00D67E68" w:rsidRDefault="00D67E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70D209" w14:textId="77777777" w:rsidR="00312B92" w:rsidRDefault="00312B92" w:rsidP="00312B92">
    <w:pPr>
      <w:spacing w:after="0"/>
      <w:rPr>
        <w:rFonts w:ascii="Calibri" w:eastAsia="Calibri" w:hAnsi="Calibri" w:cs="Calibri"/>
      </w:rPr>
    </w:pPr>
    <w:r w:rsidRPr="58837461">
      <w:rPr>
        <w:rFonts w:ascii="Calibri" w:eastAsia="Calibri" w:hAnsi="Calibri" w:cs="Calibri"/>
        <w:b/>
        <w:bCs/>
      </w:rPr>
      <w:t>Naziv prijavitelja: NK „RUDEŠ“, OIB: [upisati]</w:t>
    </w:r>
  </w:p>
  <w:p w14:paraId="453675C4" w14:textId="77777777" w:rsidR="00312B92" w:rsidRPr="00D15CC6" w:rsidRDefault="00312B92" w:rsidP="00312B92">
    <w:pPr>
      <w:spacing w:after="0"/>
      <w:rPr>
        <w:rFonts w:ascii="Calibri" w:eastAsia="Calibri" w:hAnsi="Calibri" w:cs="Calibri"/>
      </w:rPr>
    </w:pPr>
    <w:r w:rsidRPr="60427A67">
      <w:rPr>
        <w:rFonts w:ascii="Calibri" w:eastAsia="Calibri" w:hAnsi="Calibri" w:cs="Calibri"/>
        <w:b/>
        <w:bCs/>
      </w:rPr>
      <w:t>Naziv i kod projekta: [upisati naziv], SF.3.4.08.07.[upisati]</w:t>
    </w:r>
  </w:p>
  <w:p w14:paraId="5550B984" w14:textId="77777777" w:rsidR="00312B92" w:rsidRPr="004B502D" w:rsidRDefault="00312B92" w:rsidP="00312B92">
    <w:pPr>
      <w:spacing w:after="0"/>
      <w:rPr>
        <w:rFonts w:ascii="Arial" w:hAnsi="Arial" w:cs="Arial"/>
        <w:noProof/>
        <w:color w:val="BFBFBF" w:themeColor="background1" w:themeShade="BF"/>
      </w:rPr>
    </w:pPr>
    <w:r w:rsidRPr="31EDFAAD">
      <w:rPr>
        <w:rFonts w:ascii="Calibri" w:eastAsia="Calibri" w:hAnsi="Calibri" w:cs="Calibri"/>
        <w:b/>
        <w:bCs/>
      </w:rPr>
      <w:t>Trajanje projekta: [upisati]</w:t>
    </w:r>
  </w:p>
  <w:p w14:paraId="45441EF1" w14:textId="77777777" w:rsidR="00312B92" w:rsidRDefault="00312B92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Brojevi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Brojevi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Grafikeoznake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Grafikeoznake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Brojevi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Grafikeoznake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702100058">
    <w:abstractNumId w:val="8"/>
  </w:num>
  <w:num w:numId="2" w16cid:durableId="2102946928">
    <w:abstractNumId w:val="6"/>
  </w:num>
  <w:num w:numId="3" w16cid:durableId="1510948139">
    <w:abstractNumId w:val="5"/>
  </w:num>
  <w:num w:numId="4" w16cid:durableId="2020235624">
    <w:abstractNumId w:val="4"/>
  </w:num>
  <w:num w:numId="5" w16cid:durableId="69740229">
    <w:abstractNumId w:val="7"/>
  </w:num>
  <w:num w:numId="6" w16cid:durableId="1451195790">
    <w:abstractNumId w:val="3"/>
  </w:num>
  <w:num w:numId="7" w16cid:durableId="1519929920">
    <w:abstractNumId w:val="2"/>
  </w:num>
  <w:num w:numId="8" w16cid:durableId="853223557">
    <w:abstractNumId w:val="1"/>
  </w:num>
  <w:num w:numId="9" w16cid:durableId="2492355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60206"/>
    <w:rsid w:val="0029639D"/>
    <w:rsid w:val="00312B92"/>
    <w:rsid w:val="00326F90"/>
    <w:rsid w:val="003F372B"/>
    <w:rsid w:val="0041376C"/>
    <w:rsid w:val="00500225"/>
    <w:rsid w:val="00582EDA"/>
    <w:rsid w:val="007B21A8"/>
    <w:rsid w:val="009972B1"/>
    <w:rsid w:val="00AA1D8D"/>
    <w:rsid w:val="00B47730"/>
    <w:rsid w:val="00CB0664"/>
    <w:rsid w:val="00D67E68"/>
    <w:rsid w:val="00DC77CD"/>
    <w:rsid w:val="00FC693F"/>
    <w:rsid w:val="00FD6A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0520472"/>
  <w14:defaultImageDpi w14:val="300"/>
  <w15:docId w15:val="{AB149CA8-D493-4855-9CDA-6635F363D6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ptos" w:hAnsi="Aptos"/>
    </w:rPr>
  </w:style>
  <w:style w:type="paragraph" w:styleId="Naslov1">
    <w:name w:val="heading 1"/>
    <w:basedOn w:val="Normal"/>
    <w:next w:val="Normal"/>
    <w:link w:val="Naslov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slov3">
    <w:name w:val="heading 3"/>
    <w:basedOn w:val="Normal"/>
    <w:next w:val="Normal"/>
    <w:link w:val="Naslov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E618BF"/>
  </w:style>
  <w:style w:type="paragraph" w:styleId="Podnoje">
    <w:name w:val="footer"/>
    <w:basedOn w:val="Normal"/>
    <w:link w:val="Podnoje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E618BF"/>
  </w:style>
  <w:style w:type="paragraph" w:styleId="Bezproreda">
    <w:name w:val="No Spacing"/>
    <w:uiPriority w:val="1"/>
    <w:qFormat/>
    <w:rsid w:val="00FC693F"/>
    <w:pPr>
      <w:spacing w:after="0" w:line="240" w:lineRule="auto"/>
    </w:pPr>
  </w:style>
  <w:style w:type="character" w:customStyle="1" w:styleId="Naslov1Char">
    <w:name w:val="Naslov 1 Char"/>
    <w:basedOn w:val="Zadanifontodlomka"/>
    <w:link w:val="Naslov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slov2Char">
    <w:name w:val="Naslov 2 Char"/>
    <w:basedOn w:val="Zadanifontodlomka"/>
    <w:link w:val="Naslov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slov3Char">
    <w:name w:val="Naslov 3 Char"/>
    <w:basedOn w:val="Zadanifontodlomka"/>
    <w:link w:val="Naslov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slov">
    <w:name w:val="Title"/>
    <w:basedOn w:val="Normal"/>
    <w:next w:val="Normal"/>
    <w:link w:val="Naslo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aslovChar">
    <w:name w:val="Naslov Char"/>
    <w:basedOn w:val="Zadanifontodlomka"/>
    <w:link w:val="Nasl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slovChar">
    <w:name w:val="Podnaslov Char"/>
    <w:basedOn w:val="Zadanifontodlomka"/>
    <w:link w:val="Podnaslov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lomakpopis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ijeloteksta">
    <w:name w:val="Body Text"/>
    <w:basedOn w:val="Normal"/>
    <w:link w:val="TijelotekstaChar"/>
    <w:uiPriority w:val="99"/>
    <w:unhideWhenUsed/>
    <w:rsid w:val="00AA1D8D"/>
    <w:pPr>
      <w:spacing w:after="120"/>
    </w:pPr>
  </w:style>
  <w:style w:type="character" w:customStyle="1" w:styleId="TijelotekstaChar">
    <w:name w:val="Tijelo teksta Char"/>
    <w:basedOn w:val="Zadanifontodlomka"/>
    <w:link w:val="Tijeloteksta"/>
    <w:uiPriority w:val="99"/>
    <w:rsid w:val="00AA1D8D"/>
  </w:style>
  <w:style w:type="paragraph" w:styleId="Tijeloteksta2">
    <w:name w:val="Body Text 2"/>
    <w:basedOn w:val="Normal"/>
    <w:link w:val="Tijeloteksta2Char"/>
    <w:uiPriority w:val="99"/>
    <w:unhideWhenUsed/>
    <w:rsid w:val="00AA1D8D"/>
    <w:pPr>
      <w:spacing w:after="120" w:line="480" w:lineRule="auto"/>
    </w:pPr>
  </w:style>
  <w:style w:type="character" w:customStyle="1" w:styleId="Tijeloteksta2Char">
    <w:name w:val="Tijelo teksta 2 Char"/>
    <w:basedOn w:val="Zadanifontodlomka"/>
    <w:link w:val="Tijeloteksta2"/>
    <w:uiPriority w:val="99"/>
    <w:rsid w:val="00AA1D8D"/>
  </w:style>
  <w:style w:type="paragraph" w:styleId="Tijeloteksta3">
    <w:name w:val="Body Text 3"/>
    <w:basedOn w:val="Normal"/>
    <w:link w:val="Tijeloteksta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ijeloteksta3Char">
    <w:name w:val="Tijelo teksta 3 Char"/>
    <w:basedOn w:val="Zadanifontodlomka"/>
    <w:link w:val="Tijeloteksta3"/>
    <w:uiPriority w:val="99"/>
    <w:rsid w:val="00AA1D8D"/>
    <w:rPr>
      <w:sz w:val="16"/>
      <w:szCs w:val="16"/>
    </w:rPr>
  </w:style>
  <w:style w:type="paragraph" w:styleId="Popis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Popis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Popis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Grafikeoznake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Grafikeoznake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Grafikeoznake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Brojevi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Brojevi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Brojevi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Nastavakpopis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Nastavakpopis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Nastavakpopis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kstmakronaredbe">
    <w:name w:val="macro"/>
    <w:link w:val="Tekstmakronaredbe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onaredbeChar">
    <w:name w:val="Tekst makronaredbe Char"/>
    <w:basedOn w:val="Zadanifontodlomka"/>
    <w:link w:val="Tekstmakronaredbe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har"/>
    <w:uiPriority w:val="29"/>
    <w:qFormat/>
    <w:rsid w:val="00FC693F"/>
    <w:rPr>
      <w:i/>
      <w:iCs/>
      <w:color w:val="000000" w:themeColor="text1"/>
    </w:rPr>
  </w:style>
  <w:style w:type="character" w:customStyle="1" w:styleId="CitatChar">
    <w:name w:val="Citat Char"/>
    <w:basedOn w:val="Zadanifontodlomka"/>
    <w:link w:val="Citat"/>
    <w:uiPriority w:val="29"/>
    <w:rsid w:val="00FC693F"/>
    <w:rPr>
      <w:i/>
      <w:iCs/>
      <w:color w:val="000000" w:themeColor="text1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Opisslike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Naglaeno">
    <w:name w:val="Strong"/>
    <w:basedOn w:val="Zadanifontodlomka"/>
    <w:uiPriority w:val="22"/>
    <w:qFormat/>
    <w:rsid w:val="00FC693F"/>
    <w:rPr>
      <w:b/>
      <w:bCs/>
    </w:rPr>
  </w:style>
  <w:style w:type="character" w:styleId="Istaknuto">
    <w:name w:val="Emphasis"/>
    <w:basedOn w:val="Zadanifontodlomka"/>
    <w:uiPriority w:val="20"/>
    <w:qFormat/>
    <w:rsid w:val="00FC693F"/>
    <w:rPr>
      <w:i/>
      <w:iCs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FC693F"/>
    <w:rPr>
      <w:b/>
      <w:bCs/>
      <w:i/>
      <w:iCs/>
      <w:color w:val="4F81BD" w:themeColor="accent1"/>
    </w:rPr>
  </w:style>
  <w:style w:type="character" w:styleId="Neupadljivoisticanje">
    <w:name w:val="Subtle Emphasis"/>
    <w:basedOn w:val="Zadanifontodlomka"/>
    <w:uiPriority w:val="19"/>
    <w:qFormat/>
    <w:rsid w:val="00FC693F"/>
    <w:rPr>
      <w:i/>
      <w:iCs/>
      <w:color w:val="808080" w:themeColor="text1" w:themeTint="7F"/>
    </w:rPr>
  </w:style>
  <w:style w:type="character" w:styleId="Jakoisticanje">
    <w:name w:val="Intense Emphasis"/>
    <w:basedOn w:val="Zadanifontodlomka"/>
    <w:uiPriority w:val="21"/>
    <w:qFormat/>
    <w:rsid w:val="00FC693F"/>
    <w:rPr>
      <w:b/>
      <w:bCs/>
      <w:i/>
      <w:iCs/>
      <w:color w:val="4F81BD" w:themeColor="accent1"/>
    </w:rPr>
  </w:style>
  <w:style w:type="character" w:styleId="Neupadljivareferenca">
    <w:name w:val="Subtle Reference"/>
    <w:basedOn w:val="Zadanifontodlomka"/>
    <w:uiPriority w:val="31"/>
    <w:qFormat/>
    <w:rsid w:val="00FC693F"/>
    <w:rPr>
      <w:smallCaps/>
      <w:color w:val="C0504D" w:themeColor="accent2"/>
      <w:u w:val="single"/>
    </w:rPr>
  </w:style>
  <w:style w:type="character" w:styleId="Istaknutareferenca">
    <w:name w:val="Intense Reference"/>
    <w:basedOn w:val="Zadanifontodlomka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aslovknjige">
    <w:name w:val="Book Title"/>
    <w:basedOn w:val="Zadanifontodlomka"/>
    <w:uiPriority w:val="33"/>
    <w:qFormat/>
    <w:rsid w:val="00FC693F"/>
    <w:rPr>
      <w:b/>
      <w:bCs/>
      <w:smallCaps/>
      <w:spacing w:val="5"/>
    </w:rPr>
  </w:style>
  <w:style w:type="paragraph" w:styleId="TOCNaslov">
    <w:name w:val="TOC Heading"/>
    <w:basedOn w:val="Naslov1"/>
    <w:next w:val="Normal"/>
    <w:uiPriority w:val="39"/>
    <w:semiHidden/>
    <w:unhideWhenUsed/>
    <w:qFormat/>
    <w:rsid w:val="00FC693F"/>
    <w:pPr>
      <w:outlineLvl w:val="9"/>
    </w:pPr>
  </w:style>
  <w:style w:type="table" w:styleId="Reetkatablice">
    <w:name w:val="Table Grid"/>
    <w:basedOn w:val="Obinatablic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ijetlosjenanje">
    <w:name w:val="Light Shading"/>
    <w:basedOn w:val="Obinatablic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ijetlosjenanje-Isticanje1">
    <w:name w:val="Light Shading Accent 1"/>
    <w:basedOn w:val="Obinatablic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ijetlosjenanje-Isticanje2">
    <w:name w:val="Light Shading Accent 2"/>
    <w:basedOn w:val="Obinatablic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ijetlosjenanje-Isticanje3">
    <w:name w:val="Light Shading Accent 3"/>
    <w:basedOn w:val="Obinatablic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ijetlosjenanje-Isticanje4">
    <w:name w:val="Light Shading Accent 4"/>
    <w:basedOn w:val="Obinatablic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ijetlosjenanje-Isticanje5">
    <w:name w:val="Light Shading Accent 5"/>
    <w:basedOn w:val="Obinatablic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ijetlosjenanje-Isticanje6">
    <w:name w:val="Light Shading Accent 6"/>
    <w:basedOn w:val="Obinatablic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ijetlipopis">
    <w:name w:val="Light List"/>
    <w:basedOn w:val="Obinatablic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ijetlipopis-Isticanje1">
    <w:name w:val="Light List Accent 1"/>
    <w:basedOn w:val="Obinatablic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ijetlipopis-Isticanje2">
    <w:name w:val="Light List Accent 2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ijetlipopis-Isticanje3">
    <w:name w:val="Light List Accent 3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ijetlipopis-Isticanje4">
    <w:name w:val="Light List Accent 4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ijetlipopis-Isticanje5">
    <w:name w:val="Light List Accent 5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rednjipopis-Isticanje6">
    <w:name w:val="Light List Accent 6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ijetlareetka">
    <w:name w:val="Light Grid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ijetlareetka-Isticanje1">
    <w:name w:val="Light Grid Accent 1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ijetlareetka-Isticanje2">
    <w:name w:val="Light Grid Accent 2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ijetlareetka-Isticanje3">
    <w:name w:val="Light Grid Accent 3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ijetlareetka-Isticanje4">
    <w:name w:val="Light Grid Accent 4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ijetlareetka-Isticanje5">
    <w:name w:val="Light Grid Accent 5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rednjareetka-Isticanje6">
    <w:name w:val="Light Grid Accent 6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rednjesjenanje1">
    <w:name w:val="Medium Shading 1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1">
    <w:name w:val="Medium Shading 1 Accent 1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2">
    <w:name w:val="Medium Shading 1 Accent 2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3">
    <w:name w:val="Medium Shading 1 Accent 3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4">
    <w:name w:val="Medium Shading 1 Accent 4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5">
    <w:name w:val="Medium Shading 1 Accent 5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6">
    <w:name w:val="Medium Shading 1 Accent 6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2">
    <w:name w:val="Medium Shading 2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1">
    <w:name w:val="Medium Shading 2 Accent 1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2">
    <w:name w:val="Medium Shading 2 Accent 2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3">
    <w:name w:val="Medium Shading 2 Accent 3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4">
    <w:name w:val="Medium Shading 2 Accent 4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5">
    <w:name w:val="Medium Shading 2 Accent 5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6">
    <w:name w:val="Medium Shading 2 Accent 6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ipopis1">
    <w:name w:val="Medium List 1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rednjipopis1-Isticanje1">
    <w:name w:val="Medium List 1 Accent 1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rednjipopis1-Isticanje2">
    <w:name w:val="Medium List 1 Accent 2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rednjipopis1-Isticanje3">
    <w:name w:val="Medium List 1 Accent 3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rednjipopis1-Isticanje4">
    <w:name w:val="Medium List 1 Accent 4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rednjipopis1-Isticanje5">
    <w:name w:val="Medium List 1 Accent 5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rednjipopis1-Isticanje6">
    <w:name w:val="Medium List 1 Accent 6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rednjipopis2">
    <w:name w:val="Medium List 2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1">
    <w:name w:val="Medium List 2 Accent 1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2">
    <w:name w:val="Medium List 2 Accent 2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3">
    <w:name w:val="Medium List 2 Accent 3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4">
    <w:name w:val="Medium List 2 Accent 4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5">
    <w:name w:val="Medium List 2 Accent 5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6">
    <w:name w:val="Medium List 2 Accent 6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areetka1">
    <w:name w:val="Medium Grid 1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rednjareetka1-Isticanje1">
    <w:name w:val="Medium Grid 1 Accent 1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rednjareetka1-Isticanje2">
    <w:name w:val="Medium Grid 1 Accent 2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rednjareetka1-Isticanje3">
    <w:name w:val="Medium Grid 1 Accent 3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rednjareetka1-Isticanje4">
    <w:name w:val="Medium Grid 1 Accent 4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rednjareetka1-Isticanje5">
    <w:name w:val="Medium Grid 1 Accent 5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rednjareetka1-Isticanje6">
    <w:name w:val="Medium Grid 1 Accent 6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rednjareetka2">
    <w:name w:val="Medium Grid 2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1">
    <w:name w:val="Medium Grid 2 Accent 1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2">
    <w:name w:val="Medium Grid 2 Accent 2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3">
    <w:name w:val="Medium Grid 2 Accent 3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4">
    <w:name w:val="Medium Grid 2 Accent 4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5">
    <w:name w:val="Medium Grid 2 Accent 5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6">
    <w:name w:val="Medium Grid 2 Accent 6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3">
    <w:name w:val="Medium Grid 3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rednjareetka3-Isticanje1">
    <w:name w:val="Medium Grid 3 Accent 1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rednjareetka3-Isticanje2">
    <w:name w:val="Medium Grid 3 Accent 2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rednjareetka3-Isticanje3">
    <w:name w:val="Medium Grid 3 Accent 3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rednjareetka3-Isticanje4">
    <w:name w:val="Medium Grid 3 Accent 4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rednjareetka3-Isticanje5">
    <w:name w:val="Medium Grid 3 Accent 5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rednjareetka3-Isticanje6">
    <w:name w:val="Medium Grid 3 Accent 6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amnipopis">
    <w:name w:val="Dark List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amnipopis-Isticanje1">
    <w:name w:val="Dark List Accent 1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amnipopis-Isticanje2">
    <w:name w:val="Dark List Accent 2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amnipopis-Isticanje3">
    <w:name w:val="Dark List Accent 3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amnipopis-Isticanje4">
    <w:name w:val="Dark List Accent 4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amnipopis-Isticanje5">
    <w:name w:val="Dark List Accent 5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amnipopis-Isticanje6">
    <w:name w:val="Dark List Accent 6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Obojanosjenanje">
    <w:name w:val="Colorful Shading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1">
    <w:name w:val="Colorful Shading Accent 1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jenanjeuboji-Isticanje2">
    <w:name w:val="Colorful Shading Accent 2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3">
    <w:name w:val="Colorful Shading Accent 3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bojanosjenanje-Isticanje4">
    <w:name w:val="Colorful Shading Accent 4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5">
    <w:name w:val="Colorful Shading Accent 5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6">
    <w:name w:val="Colorful Shading Accent 6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ipopis">
    <w:name w:val="Colorful List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Obojanipopis-Isticanje1">
    <w:name w:val="Colorful List Accent 1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Obojanopopis-Isticanje2">
    <w:name w:val="Colorful List Accent 2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Obojanipopis-Isticanje3">
    <w:name w:val="Colorful List Accent 3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Obojanipopis-Isticanje4">
    <w:name w:val="Colorful List Accent 4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Obojanipopis-Isticanje5">
    <w:name w:val="Colorful List Accent 5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Obojanipopis-Isticanje6">
    <w:name w:val="Colorful List Accent 6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Obojanareetka">
    <w:name w:val="Colorful Grid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bojanareetka-Isticanje1">
    <w:name w:val="Colorful Grid Accent 1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bojanoreetka-Isticanje2">
    <w:name w:val="Colorful Grid Accent 2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bojanareetka-Isticanje3">
    <w:name w:val="Colorful Grid Accent 3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bojanareetka-Isticanje4">
    <w:name w:val="Colorful Grid Accent 4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bojanareetka-Isticanje5">
    <w:name w:val="Colorful Grid Accent 5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bojanareetka-Isticanje6">
    <w:name w:val="Colorful Grid Accent 6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135</Words>
  <Characters>770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904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wa1397</cp:lastModifiedBy>
  <cp:revision>5</cp:revision>
  <dcterms:created xsi:type="dcterms:W3CDTF">2013-12-23T23:15:00Z</dcterms:created>
  <dcterms:modified xsi:type="dcterms:W3CDTF">2026-10-26T07:45:00Z</dcterms:modified>
  <cp:category/>
</cp:coreProperties>
</file>